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6377" w14:textId="3C00C697" w:rsidR="4743B957" w:rsidRDefault="00E6725E" w:rsidP="00E30C04">
      <w:pPr>
        <w:rPr>
          <w:rFonts w:ascii="BIZ UDPゴシック" w:eastAsia="BIZ UDPゴシック" w:hAnsi="BIZ UDPゴシック" w:cs="HGSｺﾞｼｯｸE"/>
          <w:sz w:val="28"/>
          <w:szCs w:val="28"/>
          <w:lang w:eastAsia="ja-JP"/>
        </w:rPr>
      </w:pPr>
      <w:r w:rsidRPr="00E6725E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98D5518" wp14:editId="14E65776">
                <wp:simplePos x="0" y="0"/>
                <wp:positionH relativeFrom="column">
                  <wp:posOffset>2242820</wp:posOffset>
                </wp:positionH>
                <wp:positionV relativeFrom="paragraph">
                  <wp:posOffset>26670</wp:posOffset>
                </wp:positionV>
                <wp:extent cx="3689350" cy="45085"/>
                <wp:effectExtent l="57150" t="19050" r="63500" b="69215"/>
                <wp:wrapNone/>
                <wp:docPr id="93806628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45085"/>
                        </a:xfrm>
                        <a:prstGeom prst="rect">
                          <a:avLst/>
                        </a:prstGeom>
                        <a:gradFill>
                          <a:gsLst>
                            <a:gs pos="90000">
                              <a:srgbClr val="FFFFCC"/>
                            </a:gs>
                            <a:gs pos="100000">
                              <a:srgbClr val="FFFF00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13FE5" id="正方形/長方形 4" o:spid="_x0000_s1026" style="position:absolute;margin-left:176.6pt;margin-top:2.1pt;width:290.5pt;height:3.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" fillcolor="#ffc" stroked="f">
                <v:fill color2="yellow" rotate="t" angle="180" colors="0 #ffc;58982f #ffc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0134F4" w:rsidRPr="00E6725E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349E5" wp14:editId="1D494B03">
                <wp:simplePos x="0" y="0"/>
                <wp:positionH relativeFrom="column">
                  <wp:posOffset>-875030</wp:posOffset>
                </wp:positionH>
                <wp:positionV relativeFrom="paragraph">
                  <wp:posOffset>490855</wp:posOffset>
                </wp:positionV>
                <wp:extent cx="6870700" cy="615950"/>
                <wp:effectExtent l="0" t="0" r="0" b="0"/>
                <wp:wrapNone/>
                <wp:docPr id="135282676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9C8D9" w14:textId="77777777" w:rsidR="009128B6" w:rsidRPr="000134F4" w:rsidRDefault="009128B6" w:rsidP="009128B6">
                            <w:pPr>
                              <w:ind w:firstLineChars="200" w:firstLine="1440"/>
                              <w:rPr>
                                <w:rFonts w:ascii="BIZ UDPゴシック" w:eastAsia="BIZ UDPゴシック" w:hAnsi="BIZ UDPゴシック" w:cs="HGSｺﾞｼｯｸE"/>
                                <w:b/>
                                <w:bCs/>
                                <w:color w:val="36533D"/>
                                <w:sz w:val="72"/>
                                <w:szCs w:val="72"/>
                                <w:lang w:eastAsia="ja-JP"/>
                              </w:rPr>
                            </w:pPr>
                            <w:r w:rsidRPr="000134F4">
                              <w:rPr>
                                <w:rFonts w:ascii="BIZ UDPゴシック" w:eastAsia="BIZ UDPゴシック" w:hAnsi="BIZ UDPゴシック" w:cs="HGSｺﾞｼｯｸE"/>
                                <w:b/>
                                <w:bCs/>
                                <w:color w:val="36533D"/>
                                <w:sz w:val="72"/>
                                <w:szCs w:val="72"/>
                                <w:lang w:eastAsia="ja-JP"/>
                              </w:rPr>
                              <w:t>思春期</w:t>
                            </w:r>
                            <w:r w:rsidRPr="000134F4">
                              <w:rPr>
                                <w:rFonts w:ascii="BIZ UDPゴシック" w:eastAsia="BIZ UDPゴシック" w:hAnsi="BIZ UDPゴシック" w:cs="HGSｺﾞｼｯｸE" w:hint="eastAsia"/>
                                <w:b/>
                                <w:bCs/>
                                <w:color w:val="36533D"/>
                                <w:sz w:val="72"/>
                                <w:szCs w:val="72"/>
                                <w:lang w:eastAsia="ja-JP"/>
                              </w:rPr>
                              <w:t>相談</w:t>
                            </w:r>
                            <w:r w:rsidRPr="000134F4">
                              <w:rPr>
                                <w:rFonts w:ascii="BIZ UDPゴシック" w:eastAsia="BIZ UDPゴシック" w:hAnsi="BIZ UDPゴシック" w:cs="HGSｺﾞｼｯｸE"/>
                                <w:b/>
                                <w:bCs/>
                                <w:color w:val="36533D"/>
                                <w:sz w:val="72"/>
                                <w:szCs w:val="72"/>
                                <w:lang w:eastAsia="ja-JP"/>
                              </w:rPr>
                              <w:t>・ひきこもり相談</w:t>
                            </w:r>
                          </w:p>
                          <w:p w14:paraId="6D5F553A" w14:textId="77777777" w:rsidR="009128B6" w:rsidRDefault="009128B6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349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8.9pt;margin-top:38.65pt;width:541pt;height: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" filled="f" stroked="f" strokeweight=".5pt">
                <v:textbox>
                  <w:txbxContent>
                    <w:p w14:paraId="20A9C8D9" w14:textId="77777777" w:rsidR="009128B6" w:rsidRPr="000134F4" w:rsidRDefault="009128B6" w:rsidP="009128B6">
                      <w:pPr>
                        <w:ind w:firstLineChars="200" w:firstLine="1440"/>
                        <w:rPr>
                          <w:rFonts w:ascii="BIZ UDPゴシック" w:eastAsia="BIZ UDPゴシック" w:hAnsi="BIZ UDPゴシック" w:cs="HGSｺﾞｼｯｸE"/>
                          <w:b/>
                          <w:bCs/>
                          <w:color w:val="36533D"/>
                          <w:sz w:val="72"/>
                          <w:szCs w:val="72"/>
                          <w:lang w:eastAsia="ja-JP"/>
                        </w:rPr>
                      </w:pPr>
                      <w:r w:rsidRPr="000134F4">
                        <w:rPr>
                          <w:rFonts w:ascii="BIZ UDPゴシック" w:eastAsia="BIZ UDPゴシック" w:hAnsi="BIZ UDPゴシック" w:cs="HGSｺﾞｼｯｸE"/>
                          <w:b/>
                          <w:bCs/>
                          <w:color w:val="36533D"/>
                          <w:sz w:val="72"/>
                          <w:szCs w:val="72"/>
                          <w:lang w:eastAsia="ja-JP"/>
                        </w:rPr>
                        <w:t>思春期</w:t>
                      </w:r>
                      <w:r w:rsidRPr="000134F4">
                        <w:rPr>
                          <w:rFonts w:ascii="BIZ UDPゴシック" w:eastAsia="BIZ UDPゴシック" w:hAnsi="BIZ UDPゴシック" w:cs="HGSｺﾞｼｯｸE" w:hint="eastAsia"/>
                          <w:b/>
                          <w:bCs/>
                          <w:color w:val="36533D"/>
                          <w:sz w:val="72"/>
                          <w:szCs w:val="72"/>
                          <w:lang w:eastAsia="ja-JP"/>
                        </w:rPr>
                        <w:t>相談</w:t>
                      </w:r>
                      <w:r w:rsidRPr="000134F4">
                        <w:rPr>
                          <w:rFonts w:ascii="BIZ UDPゴシック" w:eastAsia="BIZ UDPゴシック" w:hAnsi="BIZ UDPゴシック" w:cs="HGSｺﾞｼｯｸE"/>
                          <w:b/>
                          <w:bCs/>
                          <w:color w:val="36533D"/>
                          <w:sz w:val="72"/>
                          <w:szCs w:val="72"/>
                          <w:lang w:eastAsia="ja-JP"/>
                        </w:rPr>
                        <w:t>・ひきこもり相談</w:t>
                      </w:r>
                    </w:p>
                    <w:p w14:paraId="6D5F553A" w14:textId="77777777" w:rsidR="009128B6" w:rsidRDefault="009128B6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4F4" w:rsidRPr="00E6725E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20D0F64" wp14:editId="04CF7450">
                <wp:simplePos x="0" y="0"/>
                <wp:positionH relativeFrom="column">
                  <wp:posOffset>71120</wp:posOffset>
                </wp:positionH>
                <wp:positionV relativeFrom="paragraph">
                  <wp:posOffset>224155</wp:posOffset>
                </wp:positionV>
                <wp:extent cx="1339850" cy="1289050"/>
                <wp:effectExtent l="0" t="0" r="0" b="6350"/>
                <wp:wrapNone/>
                <wp:docPr id="139851317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128905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01E67E" id="楕円 1" o:spid="_x0000_s1026" style="position:absolute;margin-left:5.6pt;margin-top:17.65pt;width:105.5pt;height:101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" fillcolor="#eaf1dd [662]" stroked="f" strokeweight="3pt"/>
            </w:pict>
          </mc:Fallback>
        </mc:AlternateContent>
      </w:r>
      <w:r w:rsidR="4743B957" w:rsidRPr="00E6725E">
        <w:rPr>
          <w:rFonts w:ascii="BIZ UDPゴシック" w:eastAsia="BIZ UDPゴシック" w:hAnsi="BIZ UDPゴシック" w:cs="HGSｺﾞｼｯｸE"/>
          <w:sz w:val="28"/>
          <w:szCs w:val="28"/>
          <w:lang w:eastAsia="ja-JP"/>
        </w:rPr>
        <w:t>家族のための</w:t>
      </w:r>
      <w:r w:rsidR="4743B957" w:rsidRPr="00E6725E">
        <w:rPr>
          <w:rFonts w:ascii="BIZ UDPゴシック" w:eastAsia="BIZ UDPゴシック" w:hAnsi="BIZ UDPゴシック" w:cs="HGSｺﾞｼｯｸE"/>
          <w:b/>
          <w:bCs/>
          <w:sz w:val="28"/>
          <w:szCs w:val="28"/>
          <w:lang w:eastAsia="ja-JP"/>
        </w:rPr>
        <w:t>グループ相談</w:t>
      </w:r>
    </w:p>
    <w:p w14:paraId="3F1C99C6" w14:textId="475AD4CB" w:rsidR="000134F4" w:rsidRPr="00E30C04" w:rsidRDefault="0097538A" w:rsidP="00E30C04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53D3B5" wp14:editId="241A303A">
                <wp:simplePos x="0" y="0"/>
                <wp:positionH relativeFrom="column">
                  <wp:posOffset>3601720</wp:posOffset>
                </wp:positionH>
                <wp:positionV relativeFrom="paragraph">
                  <wp:posOffset>78105</wp:posOffset>
                </wp:positionV>
                <wp:extent cx="1098550" cy="1028700"/>
                <wp:effectExtent l="0" t="0" r="6350" b="0"/>
                <wp:wrapNone/>
                <wp:docPr id="1189854518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10287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CC9C51" id="楕円 1" o:spid="_x0000_s1026" style="position:absolute;margin-left:283.6pt;margin-top:6.15pt;width:86.5pt;height:8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" fillcolor="#eaf1dd [662]" stroked="f" strokeweight="3pt"/>
            </w:pict>
          </mc:Fallback>
        </mc:AlternateContent>
      </w:r>
      <w:r w:rsidR="000134F4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18303" behindDoc="0" locked="0" layoutInCell="1" allowOverlap="1" wp14:anchorId="3FF25321" wp14:editId="44D61631">
                <wp:simplePos x="0" y="0"/>
                <wp:positionH relativeFrom="column">
                  <wp:posOffset>4414520</wp:posOffset>
                </wp:positionH>
                <wp:positionV relativeFrom="paragraph">
                  <wp:posOffset>193675</wp:posOffset>
                </wp:positionV>
                <wp:extent cx="1727200" cy="1752600"/>
                <wp:effectExtent l="0" t="0" r="6350" b="0"/>
                <wp:wrapNone/>
                <wp:docPr id="1041388374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752600"/>
                        </a:xfrm>
                        <a:prstGeom prst="ellipse">
                          <a:avLst/>
                        </a:prstGeom>
                        <a:solidFill>
                          <a:srgbClr val="D9E6C0"/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058926" id="楕円 1" o:spid="_x0000_s1026" style="position:absolute;margin-left:347.6pt;margin-top:15.25pt;width:136pt;height:138pt;z-index:25161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" fillcolor="#d9e6c0" stroked="f" strokeweight="3pt"/>
            </w:pict>
          </mc:Fallback>
        </mc:AlternateContent>
      </w:r>
    </w:p>
    <w:p w14:paraId="3893E990" w14:textId="5D8E08D9" w:rsidR="009128B6" w:rsidRDefault="009128B6" w:rsidP="00562A59">
      <w:pPr>
        <w:ind w:leftChars="150" w:left="330" w:firstLineChars="100" w:firstLine="220"/>
        <w:jc w:val="both"/>
        <w:rPr>
          <w:rFonts w:ascii="Segoe UI Emoji" w:eastAsia="BIZ UDPゴシック" w:hAnsi="Segoe UI Emoji" w:cs="Segoe UI Emoji"/>
          <w:b/>
          <w:bCs/>
          <w:lang w:eastAsia="ja-JP"/>
        </w:rPr>
      </w:pPr>
    </w:p>
    <w:p w14:paraId="05C8369B" w14:textId="0D7691B0" w:rsidR="009128B6" w:rsidRDefault="009128B6" w:rsidP="00562A59">
      <w:pPr>
        <w:ind w:leftChars="150" w:left="330" w:firstLineChars="100" w:firstLine="220"/>
        <w:jc w:val="both"/>
        <w:rPr>
          <w:rFonts w:ascii="Segoe UI Emoji" w:eastAsia="BIZ UDPゴシック" w:hAnsi="Segoe UI Emoji" w:cs="Segoe UI Emoji"/>
          <w:b/>
          <w:bCs/>
          <w:lang w:eastAsia="ja-JP"/>
        </w:rPr>
      </w:pPr>
    </w:p>
    <w:p w14:paraId="4042E30F" w14:textId="18BFC4FD" w:rsidR="009128B6" w:rsidRDefault="00CC1BC1" w:rsidP="4743B957">
      <w:pPr>
        <w:rPr>
          <w:rFonts w:ascii="Segoe UI Emoji" w:eastAsia="BIZ UDPゴシック" w:hAnsi="Segoe UI Emoji" w:cs="Segoe UI Emoji"/>
          <w:b/>
          <w:bCs/>
          <w:lang w:eastAsia="ja-JP"/>
        </w:rPr>
      </w:pPr>
      <w:r>
        <w:rPr>
          <w:rFonts w:ascii="Segoe UI Emoji" w:eastAsia="BIZ UDPゴシック" w:hAnsi="Segoe UI Emoji" w:cs="Segoe UI Emoji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81B36D" wp14:editId="71BE8637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6242050" cy="768350"/>
                <wp:effectExtent l="0" t="0" r="0" b="0"/>
                <wp:wrapNone/>
                <wp:docPr id="148732142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0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696C1" w14:textId="2425B4F2" w:rsidR="009128B6" w:rsidRDefault="009128B6" w:rsidP="00BE7EBC">
                            <w:pPr>
                              <w:spacing w:after="0"/>
                              <w:ind w:firstLineChars="100" w:firstLine="240"/>
                              <w:jc w:val="both"/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思春期からのこころの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不調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やひきこもりについて、悩みや不安を抱える</w:t>
                            </w:r>
                            <w:r w:rsidR="00874A5E" w:rsidRPr="00427368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ご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家族のための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グループ相談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です。精神保健福祉士の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アドバイス</w:t>
                            </w:r>
                            <w:r w:rsidR="003D7262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を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受け</w:t>
                            </w:r>
                            <w:r w:rsidR="00874A5E" w:rsidRPr="00427368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られます。</w:t>
                            </w:r>
                            <w:r w:rsidR="00CC1BC1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同じ立場の</w:t>
                            </w:r>
                            <w:r w:rsidR="003506BF" w:rsidRPr="00427368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ご家族</w:t>
                            </w:r>
                            <w:r w:rsidR="00CC1BC1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が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安心して話</w:t>
                            </w:r>
                            <w:r w:rsidR="00CC1BC1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し合える場所です</w:t>
                            </w:r>
                            <w:r w:rsidRPr="00427368"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。</w:t>
                            </w:r>
                          </w:p>
                          <w:p w14:paraId="0EC122A1" w14:textId="77777777" w:rsidR="00AF575E" w:rsidRDefault="00AF575E" w:rsidP="00427368">
                            <w:pPr>
                              <w:spacing w:after="0"/>
                              <w:jc w:val="both"/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77DBE2D3" w14:textId="77777777" w:rsidR="00AF575E" w:rsidRPr="00427368" w:rsidRDefault="00AF575E" w:rsidP="00427368">
                            <w:pPr>
                              <w:spacing w:after="0"/>
                              <w:jc w:val="both"/>
                              <w:rPr>
                                <w:rFonts w:ascii="Segoe UI Emoji" w:eastAsia="BIZ UDPゴシック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0565D59F" w14:textId="77777777" w:rsidR="009128B6" w:rsidRPr="00427368" w:rsidRDefault="009128B6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1B36D" id="テキスト ボックス 3" o:spid="_x0000_s1027" type="#_x0000_t202" style="position:absolute;margin-left:0;margin-top:.65pt;width:491.5pt;height:60.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" filled="f" stroked="f" strokeweight=".5pt">
                <v:textbox>
                  <w:txbxContent>
                    <w:p w14:paraId="7D0696C1" w14:textId="2425B4F2" w:rsidR="009128B6" w:rsidRDefault="009128B6" w:rsidP="00BE7EBC">
                      <w:pPr>
                        <w:spacing w:after="0"/>
                        <w:ind w:firstLineChars="100" w:firstLine="240"/>
                        <w:jc w:val="both"/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</w:pP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思春期からのこころの</w:t>
                      </w:r>
                      <w:r w:rsidRPr="00427368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不調</w:t>
                      </w: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やひきこもりについて、悩みや不安を抱える</w:t>
                      </w:r>
                      <w:r w:rsidR="00874A5E" w:rsidRPr="00427368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ご</w:t>
                      </w: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家族のための</w:t>
                      </w:r>
                      <w:r w:rsidRPr="00427368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グループ相談</w:t>
                      </w: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です。精神保健福祉士の</w:t>
                      </w:r>
                      <w:r w:rsidRPr="00427368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アドバイス</w:t>
                      </w:r>
                      <w:r w:rsidR="003D7262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を</w:t>
                      </w: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受け</w:t>
                      </w:r>
                      <w:r w:rsidR="00874A5E" w:rsidRPr="00427368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られます。</w:t>
                      </w:r>
                      <w:r w:rsidR="00CC1BC1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同じ立場の</w:t>
                      </w:r>
                      <w:r w:rsidR="003506BF" w:rsidRPr="00427368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ご家族</w:t>
                      </w:r>
                      <w:r w:rsidR="00CC1BC1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が</w:t>
                      </w: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安心して話</w:t>
                      </w:r>
                      <w:r w:rsidR="00CC1BC1">
                        <w:rPr>
                          <w:rFonts w:ascii="Segoe UI Emoji" w:eastAsia="BIZ UDPゴシック" w:hAnsi="Segoe UI Emoji" w:cs="Segoe UI Emoji" w:hint="eastAsia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し合える場所です</w:t>
                      </w:r>
                      <w:r w:rsidRPr="00427368"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。</w:t>
                      </w:r>
                    </w:p>
                    <w:p w14:paraId="0EC122A1" w14:textId="77777777" w:rsidR="00AF575E" w:rsidRDefault="00AF575E" w:rsidP="00427368">
                      <w:pPr>
                        <w:spacing w:after="0"/>
                        <w:jc w:val="both"/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</w:pPr>
                    </w:p>
                    <w:p w14:paraId="77DBE2D3" w14:textId="77777777" w:rsidR="00AF575E" w:rsidRPr="00427368" w:rsidRDefault="00AF575E" w:rsidP="00427368">
                      <w:pPr>
                        <w:spacing w:after="0"/>
                        <w:jc w:val="both"/>
                        <w:rPr>
                          <w:rFonts w:ascii="Segoe UI Emoji" w:eastAsia="BIZ UDPゴシック" w:hAnsi="Segoe UI Emoji" w:cs="Segoe UI Emoji"/>
                          <w:b/>
                          <w:bCs/>
                          <w:sz w:val="24"/>
                          <w:szCs w:val="24"/>
                          <w:lang w:eastAsia="ja-JP"/>
                        </w:rPr>
                      </w:pPr>
                    </w:p>
                    <w:p w14:paraId="0565D59F" w14:textId="77777777" w:rsidR="009128B6" w:rsidRPr="00427368" w:rsidRDefault="009128B6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8502A4" w14:textId="78AC5F69" w:rsidR="009128B6" w:rsidRDefault="009128B6" w:rsidP="4743B957">
      <w:pPr>
        <w:rPr>
          <w:rFonts w:ascii="Segoe UI Emoji" w:eastAsia="BIZ UDPゴシック" w:hAnsi="Segoe UI Emoji" w:cs="Segoe UI Emoji"/>
          <w:b/>
          <w:bCs/>
          <w:lang w:eastAsia="ja-JP"/>
        </w:rPr>
      </w:pPr>
    </w:p>
    <w:p w14:paraId="23818C05" w14:textId="28D14D79" w:rsidR="00427368" w:rsidRDefault="00AF575E" w:rsidP="4743B957">
      <w:pPr>
        <w:rPr>
          <w:rFonts w:ascii="Segoe UI Emoji" w:eastAsia="BIZ UDPゴシック" w:hAnsi="Segoe UI Emoji" w:cs="Segoe UI Emoji"/>
          <w:b/>
          <w:bCs/>
          <w:lang w:eastAsia="ja-JP"/>
        </w:rPr>
      </w:pPr>
      <w:r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CC453F" wp14:editId="7FD797EB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5975350" cy="45719"/>
                <wp:effectExtent l="57150" t="19050" r="63500" b="69215"/>
                <wp:wrapNone/>
                <wp:docPr id="2793172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5719"/>
                        </a:xfrm>
                        <a:prstGeom prst="rect">
                          <a:avLst/>
                        </a:prstGeom>
                        <a:gradFill>
                          <a:gsLst>
                            <a:gs pos="90000">
                              <a:srgbClr val="FFFFCC"/>
                            </a:gs>
                            <a:gs pos="100000">
                              <a:srgbClr val="FFFF00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5C284" id="正方形/長方形 4" o:spid="_x0000_s1026" style="position:absolute;margin-left:0;margin-top:5.9pt;width:470.5pt;height:3.6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" fillcolor="#ffc" stroked="f">
                <v:fill color2="yellow" rotate="t" angle="180" colors="0 #ffc;58982f #ffc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814F9B1" w14:textId="77777777" w:rsidR="00AF575E" w:rsidRDefault="00AF575E" w:rsidP="00AF575E">
      <w:pPr>
        <w:spacing w:after="0"/>
        <w:rPr>
          <w:rFonts w:ascii="Segoe UI Emoji" w:eastAsia="BIZ UDPゴシック" w:hAnsi="Segoe UI Emoji" w:cs="Segoe UI Emoji"/>
          <w:b/>
          <w:bCs/>
          <w:lang w:eastAsia="ja-JP"/>
        </w:rPr>
      </w:pPr>
    </w:p>
    <w:p w14:paraId="7FD77D7B" w14:textId="39BF50FA" w:rsidR="007F4A31" w:rsidRPr="00427368" w:rsidRDefault="4743B957" w:rsidP="4743B957">
      <w:pPr>
        <w:rPr>
          <w:rFonts w:ascii="BIZ UDPゴシック" w:eastAsia="BIZ UDPゴシック" w:hAnsi="BIZ UDPゴシック" w:cs="HGSｺﾞｼｯｸE"/>
          <w:b/>
          <w:bCs/>
          <w:sz w:val="23"/>
          <w:szCs w:val="23"/>
          <w:lang w:eastAsia="ja-JP"/>
        </w:rPr>
      </w:pPr>
      <w:r w:rsidRPr="00E30C04">
        <w:rPr>
          <w:rFonts w:ascii="Segoe UI Emoji" w:eastAsia="BIZ UDPゴシック" w:hAnsi="Segoe UI Emoji" w:cs="Segoe UI Emoji"/>
          <w:b/>
          <w:bCs/>
          <w:lang w:eastAsia="ja-JP"/>
        </w:rPr>
        <w:t>🌿</w:t>
      </w:r>
      <w:r w:rsidRPr="000134F4">
        <w:rPr>
          <w:rFonts w:ascii="BIZ UDPゴシック" w:eastAsia="BIZ UDPゴシック" w:hAnsi="BIZ UDPゴシック" w:cs="HGSｺﾞｼｯｸE"/>
          <w:b/>
          <w:bCs/>
          <w:sz w:val="24"/>
          <w:szCs w:val="24"/>
          <w:lang w:eastAsia="ja-JP"/>
        </w:rPr>
        <w:t xml:space="preserve"> </w:t>
      </w:r>
      <w:r w:rsidR="00E108E0" w:rsidRPr="00427368">
        <w:rPr>
          <w:rFonts w:ascii="BIZ UDPゴシック" w:eastAsia="BIZ UDPゴシック" w:hAnsi="BIZ UDPゴシック" w:cs="HGSｺﾞｼｯｸE" w:hint="eastAsia"/>
          <w:b/>
          <w:bCs/>
          <w:sz w:val="23"/>
          <w:szCs w:val="23"/>
          <w:lang w:eastAsia="ja-JP"/>
        </w:rPr>
        <w:t>ご家族に こんな</w:t>
      </w:r>
      <w:r w:rsidRPr="00427368">
        <w:rPr>
          <w:rFonts w:ascii="BIZ UDPゴシック" w:eastAsia="BIZ UDPゴシック" w:hAnsi="BIZ UDPゴシック" w:cs="HGSｺﾞｼｯｸE"/>
          <w:b/>
          <w:bCs/>
          <w:sz w:val="23"/>
          <w:szCs w:val="23"/>
          <w:lang w:eastAsia="ja-JP"/>
        </w:rPr>
        <w:t>お悩みはありませんか</w:t>
      </w:r>
    </w:p>
    <w:p w14:paraId="015E0F7D" w14:textId="78A3ED8E" w:rsidR="000134F4" w:rsidRDefault="00BB763C" w:rsidP="008D102E">
      <w:pPr>
        <w:tabs>
          <w:tab w:val="left" w:pos="7410"/>
        </w:tabs>
        <w:spacing w:after="0" w:line="300" w:lineRule="exact"/>
        <w:ind w:firstLineChars="200" w:firstLine="440"/>
        <w:rPr>
          <w:rFonts w:ascii="BIZ UDPゴシック" w:eastAsia="BIZ UDPゴシック" w:hAnsi="BIZ UDPゴシック" w:cs="HGSｺﾞｼｯｸE"/>
          <w:lang w:eastAsia="ja-JP"/>
        </w:rPr>
      </w:pPr>
      <w:r w:rsidRPr="00427368">
        <w:rPr>
          <w:rFonts w:ascii="Segoe UI Emoji" w:eastAsia="BIZ UDPゴシック" w:hAnsi="Segoe UI Emoji" w:cs="Segoe UI Emoji"/>
          <w:lang w:eastAsia="ja-JP"/>
        </w:rPr>
        <w:t>✅</w:t>
      </w:r>
      <w:r w:rsidRPr="00427368">
        <w:rPr>
          <w:rFonts w:ascii="BIZ UDPゴシック" w:eastAsia="BIZ UDPゴシック" w:hAnsi="BIZ UDPゴシック" w:cs="HGSｺﾞｼｯｸE" w:hint="eastAsia"/>
          <w:lang w:eastAsia="ja-JP"/>
        </w:rPr>
        <w:t xml:space="preserve"> </w:t>
      </w:r>
      <w:r w:rsidR="00E30C04" w:rsidRPr="00427368">
        <w:rPr>
          <w:rFonts w:ascii="BIZ UDPゴシック" w:eastAsia="BIZ UDPゴシック" w:hAnsi="BIZ UDPゴシック" w:cs="HGSｺﾞｼｯｸE" w:hint="eastAsia"/>
          <w:lang w:eastAsia="ja-JP"/>
        </w:rPr>
        <w:t>会社や</w:t>
      </w:r>
      <w:r w:rsidR="4743B957" w:rsidRPr="00427368">
        <w:rPr>
          <w:rFonts w:ascii="BIZ UDPゴシック" w:eastAsia="BIZ UDPゴシック" w:hAnsi="BIZ UDPゴシック" w:cs="HGSｺﾞｼｯｸE"/>
          <w:lang w:eastAsia="ja-JP"/>
        </w:rPr>
        <w:t>学校に行きづらくなっている</w:t>
      </w:r>
      <w:r w:rsidR="008D102E">
        <w:rPr>
          <w:rFonts w:ascii="BIZ UDPゴシック" w:eastAsia="BIZ UDPゴシック" w:hAnsi="BIZ UDPゴシック" w:cs="HGSｺﾞｼｯｸE"/>
          <w:lang w:eastAsia="ja-JP"/>
        </w:rPr>
        <w:tab/>
      </w:r>
    </w:p>
    <w:p w14:paraId="402B5D11" w14:textId="18721F01" w:rsidR="007F4A31" w:rsidRPr="00427368" w:rsidRDefault="00BB763C" w:rsidP="000134F4">
      <w:pPr>
        <w:spacing w:after="0" w:line="300" w:lineRule="exact"/>
        <w:ind w:firstLineChars="200" w:firstLine="440"/>
        <w:rPr>
          <w:rFonts w:ascii="BIZ UDPゴシック" w:eastAsia="BIZ UDPゴシック" w:hAnsi="BIZ UDPゴシック" w:cs="HGSｺﾞｼｯｸE"/>
          <w:lang w:eastAsia="ja-JP"/>
        </w:rPr>
      </w:pPr>
      <w:r w:rsidRPr="00427368">
        <w:rPr>
          <w:rFonts w:ascii="Segoe UI Emoji" w:eastAsia="BIZ UDPゴシック" w:hAnsi="Segoe UI Emoji" w:cs="Segoe UI Emoji"/>
          <w:lang w:eastAsia="ja-JP"/>
        </w:rPr>
        <w:t>✅</w:t>
      </w:r>
      <w:r w:rsidRPr="00427368">
        <w:rPr>
          <w:rFonts w:ascii="BIZ UDPゴシック" w:eastAsia="BIZ UDPゴシック" w:hAnsi="BIZ UDPゴシック" w:cs="HGSｺﾞｼｯｸE" w:hint="eastAsia"/>
          <w:lang w:eastAsia="ja-JP"/>
        </w:rPr>
        <w:t xml:space="preserve"> </w:t>
      </w:r>
      <w:r w:rsidR="4743B957" w:rsidRPr="00427368">
        <w:rPr>
          <w:rFonts w:ascii="BIZ UDPゴシック" w:eastAsia="BIZ UDPゴシック" w:hAnsi="BIZ UDPゴシック" w:cs="HGSｺﾞｼｯｸE"/>
          <w:lang w:eastAsia="ja-JP"/>
        </w:rPr>
        <w:t>家にいる時間が長くなり心配している</w:t>
      </w:r>
      <w:r w:rsidR="008D102E">
        <w:rPr>
          <w:rFonts w:ascii="BIZ UDPゴシック" w:eastAsia="BIZ UDPゴシック" w:hAnsi="BIZ UDPゴシック" w:cs="HGSｺﾞｼｯｸE" w:hint="eastAsia"/>
          <w:lang w:eastAsia="ja-JP"/>
        </w:rPr>
        <w:t xml:space="preserve">　　　　　　　　　　　　　　　　　　　　　</w:t>
      </w:r>
    </w:p>
    <w:p w14:paraId="1845EAFD" w14:textId="204B5E00" w:rsidR="007F4A31" w:rsidRPr="00427368" w:rsidRDefault="00BB763C" w:rsidP="000134F4">
      <w:pPr>
        <w:spacing w:after="0" w:line="300" w:lineRule="exact"/>
        <w:ind w:firstLineChars="200" w:firstLine="440"/>
        <w:rPr>
          <w:rFonts w:ascii="BIZ UDPゴシック" w:eastAsia="BIZ UDPゴシック" w:hAnsi="BIZ UDPゴシック" w:cs="HGSｺﾞｼｯｸE"/>
          <w:lang w:eastAsia="ja-JP"/>
        </w:rPr>
      </w:pPr>
      <w:r w:rsidRPr="00427368">
        <w:rPr>
          <w:rFonts w:ascii="Segoe UI Emoji" w:eastAsia="BIZ UDPゴシック" w:hAnsi="Segoe UI Emoji" w:cs="Segoe UI Emoji"/>
          <w:lang w:eastAsia="ja-JP"/>
        </w:rPr>
        <w:t>✅</w:t>
      </w:r>
      <w:r w:rsidRPr="00427368">
        <w:rPr>
          <w:rFonts w:ascii="BIZ UDPゴシック" w:eastAsia="BIZ UDPゴシック" w:hAnsi="BIZ UDPゴシック" w:cs="HGSｺﾞｼｯｸE" w:hint="eastAsia"/>
          <w:lang w:eastAsia="ja-JP"/>
        </w:rPr>
        <w:t xml:space="preserve"> </w:t>
      </w:r>
      <w:r w:rsidR="4743B957" w:rsidRPr="00427368">
        <w:rPr>
          <w:rFonts w:ascii="BIZ UDPゴシック" w:eastAsia="BIZ UDPゴシック" w:hAnsi="BIZ UDPゴシック" w:cs="HGSｺﾞｼｯｸE"/>
          <w:lang w:eastAsia="ja-JP"/>
        </w:rPr>
        <w:t>接し方がわからない</w:t>
      </w:r>
    </w:p>
    <w:p w14:paraId="605B08CE" w14:textId="1397D67D" w:rsidR="007F4A31" w:rsidRPr="00427368" w:rsidRDefault="00BB763C" w:rsidP="000134F4">
      <w:pPr>
        <w:spacing w:after="0" w:line="300" w:lineRule="exact"/>
        <w:ind w:firstLineChars="200" w:firstLine="440"/>
        <w:rPr>
          <w:rFonts w:ascii="BIZ UDPゴシック" w:eastAsia="BIZ UDPゴシック" w:hAnsi="BIZ UDPゴシック" w:cs="HGSｺﾞｼｯｸE"/>
          <w:lang w:eastAsia="ja-JP"/>
        </w:rPr>
      </w:pPr>
      <w:r w:rsidRPr="00427368">
        <w:rPr>
          <w:rFonts w:ascii="Segoe UI Emoji" w:eastAsia="BIZ UDPゴシック" w:hAnsi="Segoe UI Emoji" w:cs="Segoe UI Emoji"/>
          <w:lang w:eastAsia="ja-JP"/>
        </w:rPr>
        <w:t>✅</w:t>
      </w:r>
      <w:r w:rsidRPr="00427368">
        <w:rPr>
          <w:rFonts w:ascii="BIZ UDPゴシック" w:eastAsia="BIZ UDPゴシック" w:hAnsi="BIZ UDPゴシック" w:cs="HGSｺﾞｼｯｸE" w:hint="eastAsia"/>
          <w:lang w:eastAsia="ja-JP"/>
        </w:rPr>
        <w:t xml:space="preserve"> </w:t>
      </w:r>
      <w:r w:rsidR="00562A59" w:rsidRPr="00427368">
        <w:rPr>
          <w:rFonts w:ascii="BIZ UDPゴシック" w:eastAsia="BIZ UDPゴシック" w:hAnsi="BIZ UDPゴシック" w:cs="HGSｺﾞｼｯｸE"/>
          <w:lang w:eastAsia="ja-JP"/>
        </w:rPr>
        <w:t>昼夜逆転</w:t>
      </w:r>
      <w:r w:rsidR="00874A5E" w:rsidRPr="00427368">
        <w:rPr>
          <w:rFonts w:ascii="BIZ UDPゴシック" w:eastAsia="BIZ UDPゴシック" w:hAnsi="BIZ UDPゴシック" w:cs="HGSｺﾞｼｯｸE" w:hint="eastAsia"/>
          <w:lang w:eastAsia="ja-JP"/>
        </w:rPr>
        <w:t>などで、社会とのかかわりが希薄</w:t>
      </w:r>
    </w:p>
    <w:p w14:paraId="05B90E41" w14:textId="63A40928" w:rsidR="007F4A31" w:rsidRPr="000134F4" w:rsidRDefault="00BB763C" w:rsidP="000134F4">
      <w:pPr>
        <w:spacing w:after="0" w:line="300" w:lineRule="exact"/>
        <w:ind w:firstLineChars="200" w:firstLine="440"/>
        <w:rPr>
          <w:rFonts w:ascii="BIZ UDPゴシック" w:eastAsia="BIZ UDPゴシック" w:hAnsi="BIZ UDPゴシック" w:cs="HGSｺﾞｼｯｸE"/>
          <w:sz w:val="24"/>
          <w:szCs w:val="24"/>
          <w:lang w:eastAsia="ja-JP"/>
        </w:rPr>
      </w:pPr>
      <w:r w:rsidRPr="00427368">
        <w:rPr>
          <w:rFonts w:ascii="Segoe UI Emoji" w:eastAsia="BIZ UDPゴシック" w:hAnsi="Segoe UI Emoji" w:cs="Segoe UI Emoji"/>
          <w:lang w:eastAsia="ja-JP"/>
        </w:rPr>
        <w:t>✅</w:t>
      </w:r>
      <w:r w:rsidRPr="00427368">
        <w:rPr>
          <w:rFonts w:ascii="BIZ UDPゴシック" w:eastAsia="BIZ UDPゴシック" w:hAnsi="BIZ UDPゴシック" w:cs="HGSｺﾞｼｯｸE" w:hint="eastAsia"/>
          <w:lang w:eastAsia="ja-JP"/>
        </w:rPr>
        <w:t xml:space="preserve"> </w:t>
      </w:r>
      <w:r w:rsidR="4743B957" w:rsidRPr="00427368">
        <w:rPr>
          <w:rFonts w:ascii="BIZ UDPゴシック" w:eastAsia="BIZ UDPゴシック" w:hAnsi="BIZ UDPゴシック" w:cs="HGSｺﾞｼｯｸE"/>
          <w:lang w:eastAsia="ja-JP"/>
        </w:rPr>
        <w:t>同じ立場の家族の話を聞いてみたい</w:t>
      </w:r>
      <w:r w:rsidR="000134F4" w:rsidRPr="00427368">
        <w:rPr>
          <w:rFonts w:ascii="BIZ UDPゴシック" w:eastAsia="BIZ UDPゴシック" w:hAnsi="BIZ UDPゴシック" w:cs="HGSｺﾞｼｯｸE" w:hint="eastAsia"/>
          <w:lang w:eastAsia="ja-JP"/>
        </w:rPr>
        <w:t xml:space="preserve"> 　など・・・</w:t>
      </w:r>
    </w:p>
    <w:p w14:paraId="79340928" w14:textId="77777777" w:rsidR="00C91405" w:rsidRDefault="00C91405" w:rsidP="00427368">
      <w:pPr>
        <w:spacing w:after="0" w:line="240" w:lineRule="auto"/>
        <w:rPr>
          <w:rFonts w:ascii="BIZ UDPゴシック" w:eastAsia="BIZ UDPゴシック" w:hAnsi="BIZ UDPゴシック" w:cs="HGSｺﾞｼｯｸE"/>
          <w:lang w:eastAsia="ja-JP"/>
        </w:rPr>
      </w:pPr>
    </w:p>
    <w:p w14:paraId="13BE16CA" w14:textId="3E68261F" w:rsidR="003D7262" w:rsidRDefault="00BB763C" w:rsidP="003D7262">
      <w:pPr>
        <w:spacing w:after="0" w:line="240" w:lineRule="auto"/>
        <w:rPr>
          <w:rFonts w:ascii="Segoe UI Emoji" w:eastAsia="BIZ UDPゴシック" w:hAnsi="Segoe UI Emoji" w:cs="Segoe UI Emoji"/>
          <w:b/>
          <w:bCs/>
          <w:sz w:val="24"/>
          <w:szCs w:val="24"/>
          <w:lang w:eastAsia="ja-JP"/>
        </w:rPr>
      </w:pPr>
      <w:r w:rsidRPr="000134F4">
        <w:rPr>
          <w:rFonts w:ascii="Segoe UI Emoji" w:eastAsia="BIZ UDPゴシック" w:hAnsi="Segoe UI Emoji" w:cs="Segoe UI Emoji"/>
          <w:b/>
          <w:bCs/>
          <w:sz w:val="24"/>
          <w:szCs w:val="24"/>
          <w:lang w:eastAsia="ja-JP"/>
        </w:rPr>
        <w:t>🌿</w:t>
      </w:r>
      <w:r w:rsidR="003D7262">
        <w:rPr>
          <w:rFonts w:ascii="Segoe UI Emoji" w:eastAsia="BIZ UDPゴシック" w:hAnsi="Segoe UI Emoji" w:cs="Segoe UI Emoji" w:hint="eastAsia"/>
          <w:b/>
          <w:bCs/>
          <w:sz w:val="24"/>
          <w:szCs w:val="24"/>
          <w:lang w:eastAsia="ja-JP"/>
        </w:rPr>
        <w:t xml:space="preserve">  </w:t>
      </w:r>
      <w:r w:rsidR="003D7262">
        <w:rPr>
          <w:rFonts w:ascii="Segoe UI Emoji" w:eastAsia="BIZ UDPゴシック" w:hAnsi="Segoe UI Emoji" w:cs="Segoe UI Emoji" w:hint="eastAsia"/>
          <w:b/>
          <w:bCs/>
          <w:sz w:val="24"/>
          <w:szCs w:val="24"/>
          <w:lang w:eastAsia="ja-JP"/>
        </w:rPr>
        <w:t>話すだけ、聞くだけでも大丈夫です。</w:t>
      </w:r>
    </w:p>
    <w:p w14:paraId="4AF2F571" w14:textId="0D1F661A" w:rsidR="00C91405" w:rsidRPr="00427368" w:rsidRDefault="00C91405" w:rsidP="003D7262">
      <w:pPr>
        <w:spacing w:after="0" w:line="240" w:lineRule="auto"/>
        <w:ind w:firstLineChars="200" w:firstLine="460"/>
        <w:rPr>
          <w:rFonts w:ascii="BIZ UDPゴシック" w:eastAsia="BIZ UDPゴシック" w:hAnsi="BIZ UDPゴシック" w:cs="HGSｺﾞｼｯｸE"/>
          <w:b/>
          <w:bCs/>
          <w:sz w:val="23"/>
          <w:szCs w:val="23"/>
          <w:lang w:eastAsia="ja-JP"/>
        </w:rPr>
      </w:pPr>
      <w:r w:rsidRPr="00427368">
        <w:rPr>
          <w:rFonts w:ascii="BIZ UDPゴシック" w:eastAsia="BIZ UDPゴシック" w:hAnsi="BIZ UDPゴシック" w:cs="HGSｺﾞｼｯｸE" w:hint="eastAsia"/>
          <w:b/>
          <w:bCs/>
          <w:sz w:val="23"/>
          <w:szCs w:val="23"/>
          <w:lang w:eastAsia="ja-JP"/>
        </w:rPr>
        <w:t>ご家族</w:t>
      </w:r>
      <w:r w:rsidR="003506BF" w:rsidRPr="00427368">
        <w:rPr>
          <w:rFonts w:ascii="BIZ UDPゴシック" w:eastAsia="BIZ UDPゴシック" w:hAnsi="BIZ UDPゴシック" w:cs="HGSｺﾞｼｯｸE" w:hint="eastAsia"/>
          <w:b/>
          <w:bCs/>
          <w:sz w:val="23"/>
          <w:szCs w:val="23"/>
          <w:lang w:eastAsia="ja-JP"/>
        </w:rPr>
        <w:t>への</w:t>
      </w:r>
      <w:r w:rsidR="00CC1BC1">
        <w:rPr>
          <w:rFonts w:ascii="BIZ UDPゴシック" w:eastAsia="BIZ UDPゴシック" w:hAnsi="BIZ UDPゴシック" w:cs="HGSｺﾞｼｯｸE" w:hint="eastAsia"/>
          <w:b/>
          <w:bCs/>
          <w:sz w:val="23"/>
          <w:szCs w:val="23"/>
          <w:lang w:eastAsia="ja-JP"/>
        </w:rPr>
        <w:t>関</w:t>
      </w:r>
      <w:r w:rsidR="003506BF" w:rsidRPr="00427368">
        <w:rPr>
          <w:rFonts w:ascii="BIZ UDPゴシック" w:eastAsia="BIZ UDPゴシック" w:hAnsi="BIZ UDPゴシック" w:cs="HGSｺﾞｼｯｸE" w:hint="eastAsia"/>
          <w:b/>
          <w:bCs/>
          <w:sz w:val="23"/>
          <w:szCs w:val="23"/>
          <w:lang w:eastAsia="ja-JP"/>
        </w:rPr>
        <w:t>わり</w:t>
      </w:r>
      <w:r w:rsidRPr="00427368">
        <w:rPr>
          <w:rFonts w:ascii="BIZ UDPゴシック" w:eastAsia="BIZ UDPゴシック" w:hAnsi="BIZ UDPゴシック" w:cs="HGSｺﾞｼｯｸE" w:hint="eastAsia"/>
          <w:b/>
          <w:bCs/>
          <w:sz w:val="23"/>
          <w:szCs w:val="23"/>
          <w:lang w:eastAsia="ja-JP"/>
        </w:rPr>
        <w:t>方のヒントが見つかるかもしれません。</w:t>
      </w:r>
    </w:p>
    <w:p w14:paraId="12F9E241" w14:textId="0C5E4E3D" w:rsidR="007F4A31" w:rsidRPr="000134F4" w:rsidRDefault="00755519" w:rsidP="00427368">
      <w:pPr>
        <w:spacing w:after="0" w:line="240" w:lineRule="auto"/>
        <w:ind w:leftChars="50" w:left="110" w:firstLineChars="100" w:firstLine="280"/>
        <w:rPr>
          <w:rFonts w:ascii="BIZ UDPゴシック" w:eastAsia="BIZ UDPゴシック" w:hAnsi="BIZ UDPゴシック" w:cs="HGSｺﾞｼｯｸE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F3F86D1" wp14:editId="4467D4E6">
                <wp:simplePos x="0" y="0"/>
                <wp:positionH relativeFrom="column">
                  <wp:posOffset>4719320</wp:posOffset>
                </wp:positionH>
                <wp:positionV relativeFrom="paragraph">
                  <wp:posOffset>159385</wp:posOffset>
                </wp:positionV>
                <wp:extent cx="508000" cy="482600"/>
                <wp:effectExtent l="0" t="0" r="6350" b="0"/>
                <wp:wrapNone/>
                <wp:docPr id="135420630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4826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AA5A52" id="楕円 1" o:spid="_x0000_s1026" style="position:absolute;margin-left:371.6pt;margin-top:12.55pt;width:40pt;height:3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" fillcolor="#eaf1dd [662]" stroked="f" strokeweight="3pt"/>
            </w:pict>
          </mc:Fallback>
        </mc:AlternateContent>
      </w:r>
    </w:p>
    <w:p w14:paraId="423192F7" w14:textId="6F38C692" w:rsidR="007F4A31" w:rsidRPr="000134F4" w:rsidRDefault="4743B957" w:rsidP="002D6125">
      <w:pPr>
        <w:spacing w:line="400" w:lineRule="exact"/>
        <w:rPr>
          <w:rFonts w:ascii="BIZ UDPゴシック" w:eastAsia="BIZ UDPゴシック" w:hAnsi="BIZ UDPゴシック" w:cs="HGSｺﾞｼｯｸE"/>
          <w:b/>
          <w:bCs/>
          <w:sz w:val="24"/>
          <w:szCs w:val="24"/>
          <w:lang w:eastAsia="ja-JP"/>
        </w:rPr>
      </w:pPr>
      <w:r w:rsidRPr="000134F4">
        <w:rPr>
          <w:rFonts w:ascii="Segoe UI Emoji" w:eastAsia="BIZ UDPゴシック" w:hAnsi="Segoe UI Emoji" w:cs="Segoe UI Emoji"/>
          <w:b/>
          <w:bCs/>
          <w:sz w:val="24"/>
          <w:szCs w:val="24"/>
          <w:lang w:eastAsia="ja-JP"/>
        </w:rPr>
        <w:t>🕒</w:t>
      </w:r>
      <w:r w:rsidRPr="000134F4">
        <w:rPr>
          <w:rFonts w:ascii="BIZ UDPゴシック" w:eastAsia="BIZ UDPゴシック" w:hAnsi="BIZ UDPゴシック" w:cs="HGSｺﾞｼｯｸE"/>
          <w:b/>
          <w:bCs/>
          <w:sz w:val="24"/>
          <w:szCs w:val="24"/>
          <w:lang w:eastAsia="ja-JP"/>
        </w:rPr>
        <w:t xml:space="preserve"> 開催日時（午後2時～4時）</w:t>
      </w:r>
    </w:p>
    <w:tbl>
      <w:tblPr>
        <w:tblW w:w="0" w:type="auto"/>
        <w:jc w:val="center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314"/>
        <w:gridCol w:w="4191"/>
      </w:tblGrid>
      <w:tr w:rsidR="007F4A31" w:rsidRPr="00E30C04" w14:paraId="002CD997" w14:textId="77777777" w:rsidTr="002D6125">
        <w:trPr>
          <w:trHeight w:val="311"/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6B7B" w14:textId="183CCAAF" w:rsidR="007F4A31" w:rsidRPr="000134F4" w:rsidRDefault="4743B957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proofErr w:type="spellStart"/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開催日</w:t>
            </w:r>
            <w:proofErr w:type="spellEnd"/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CF377F2" w14:textId="5BCBF7B8" w:rsidR="007F4A31" w:rsidRPr="000134F4" w:rsidRDefault="4743B957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proofErr w:type="spellStart"/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開催日</w:t>
            </w:r>
            <w:proofErr w:type="spellEnd"/>
          </w:p>
        </w:tc>
      </w:tr>
      <w:tr w:rsidR="007F4A31" w:rsidRPr="00E30C04" w14:paraId="15E9BF24" w14:textId="77777777" w:rsidTr="002D6125">
        <w:trPr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5B2A" w14:textId="4177C381" w:rsidR="007F4A31" w:rsidRPr="000134F4" w:rsidRDefault="00CC0004" w:rsidP="00CC0004">
            <w:pPr>
              <w:spacing w:before="100" w:beforeAutospacing="1" w:after="100" w:afterAutospacing="1" w:line="400" w:lineRule="exact"/>
              <w:ind w:firstLineChars="100" w:firstLine="240"/>
              <w:rPr>
                <w:rFonts w:ascii="BIZ UDPゴシック" w:eastAsia="BIZ UDPゴシック" w:hAnsi="BIZ UDPゴシック" w:cs="HGS創英角ｺﾞｼｯｸUB"/>
                <w:sz w:val="24"/>
                <w:szCs w:val="24"/>
                <w:lang w:eastAsia="ja-JP"/>
              </w:rPr>
            </w:pP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令和</w:t>
            </w:r>
            <w:r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8年　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4月15日（水）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8A55E19" w14:textId="46A33473" w:rsidR="007F4A31" w:rsidRPr="000134F4" w:rsidRDefault="002D53F6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10月14日（水）</w:t>
            </w:r>
          </w:p>
        </w:tc>
      </w:tr>
      <w:tr w:rsidR="007F4A31" w:rsidRPr="00E30C04" w14:paraId="7FE794CA" w14:textId="77777777" w:rsidTr="002D6125">
        <w:trPr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2F30" w14:textId="639924B1" w:rsidR="007F4A31" w:rsidRPr="000134F4" w:rsidRDefault="000134F4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  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5月20日（水）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295A4A" w14:textId="2A117E16" w:rsidR="007F4A31" w:rsidRPr="000134F4" w:rsidRDefault="002D53F6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11月11日（水）</w:t>
            </w:r>
          </w:p>
        </w:tc>
      </w:tr>
      <w:tr w:rsidR="007F4A31" w:rsidRPr="00E30C04" w14:paraId="509C7AF0" w14:textId="77777777" w:rsidTr="002D6125">
        <w:trPr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83B1" w14:textId="1AFFA555" w:rsidR="007F4A31" w:rsidRPr="000134F4" w:rsidRDefault="000134F4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  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6月10日（水）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1D1DACC" w14:textId="5E0EDC5C" w:rsidR="007F4A31" w:rsidRPr="000134F4" w:rsidRDefault="4743B957" w:rsidP="002D53F6">
            <w:pPr>
              <w:spacing w:before="100" w:beforeAutospacing="1" w:after="100" w:afterAutospacing="1" w:line="400" w:lineRule="exact"/>
              <w:ind w:firstLineChars="500" w:firstLine="1200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12月</w:t>
            </w:r>
            <w:r w:rsidR="002D6125"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</w:t>
            </w: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9日（水）</w:t>
            </w:r>
          </w:p>
        </w:tc>
      </w:tr>
      <w:tr w:rsidR="007F4A31" w:rsidRPr="00E30C04" w14:paraId="675CE5ED" w14:textId="77777777" w:rsidTr="002D6125">
        <w:trPr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DD68" w14:textId="52CD0D5C" w:rsidR="007F4A31" w:rsidRPr="000134F4" w:rsidRDefault="4743B957" w:rsidP="007F7489">
            <w:pPr>
              <w:spacing w:before="100" w:beforeAutospacing="1" w:after="100" w:afterAutospacing="1" w:line="400" w:lineRule="exact"/>
              <w:ind w:firstLineChars="600" w:firstLine="1440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7月8日（水）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290525B" w14:textId="6C8F932E" w:rsidR="007F4A31" w:rsidRPr="000134F4" w:rsidRDefault="4743B957" w:rsidP="007F7489">
            <w:pPr>
              <w:spacing w:before="100" w:beforeAutospacing="1" w:after="100" w:afterAutospacing="1" w:line="400" w:lineRule="exact"/>
              <w:ind w:firstLineChars="100" w:firstLine="240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令和9年</w:t>
            </w:r>
            <w:r w:rsidR="007F7489"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</w:t>
            </w: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1</w:t>
            </w:r>
            <w:r w:rsidR="002D6125"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</w:t>
            </w: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月6日（水）</w:t>
            </w:r>
          </w:p>
        </w:tc>
      </w:tr>
      <w:tr w:rsidR="007F4A31" w:rsidRPr="00E30C04" w14:paraId="7A7651A1" w14:textId="77777777" w:rsidTr="002D6125">
        <w:trPr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23D8" w14:textId="05C8A627" w:rsidR="007F4A31" w:rsidRPr="000134F4" w:rsidRDefault="000134F4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  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8月12日（水）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20A0448" w14:textId="7AB04C71" w:rsidR="007F4A31" w:rsidRPr="000134F4" w:rsidRDefault="007F7489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2月3日（水）</w:t>
            </w:r>
          </w:p>
        </w:tc>
      </w:tr>
      <w:tr w:rsidR="007F4A31" w:rsidRPr="00E30C04" w14:paraId="757B4E14" w14:textId="77777777" w:rsidTr="002D6125">
        <w:trPr>
          <w:jc w:val="center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E066F1" w14:textId="43689F23" w:rsidR="007F4A31" w:rsidRPr="000134F4" w:rsidRDefault="4743B957" w:rsidP="007F7489">
            <w:pPr>
              <w:spacing w:before="100" w:beforeAutospacing="1" w:after="100" w:afterAutospacing="1" w:line="400" w:lineRule="exact"/>
              <w:ind w:firstLineChars="600" w:firstLine="1440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9月9日（水）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</w:tcPr>
          <w:p w14:paraId="66841F1C" w14:textId="10993D4F" w:rsidR="007F4A31" w:rsidRPr="000134F4" w:rsidRDefault="007F7489" w:rsidP="002D6125">
            <w:pPr>
              <w:spacing w:before="100" w:beforeAutospacing="1" w:after="100" w:afterAutospacing="1" w:line="400" w:lineRule="exact"/>
              <w:jc w:val="center"/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</w:pPr>
            <w:r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  </w:t>
            </w:r>
            <w:r w:rsidR="00CC0004" w:rsidRPr="000134F4">
              <w:rPr>
                <w:rFonts w:ascii="BIZ UDPゴシック" w:eastAsia="BIZ UDPゴシック" w:hAnsi="BIZ UDPゴシック" w:cs="HGS創英角ｺﾞｼｯｸUB" w:hint="eastAsia"/>
                <w:sz w:val="24"/>
                <w:szCs w:val="24"/>
                <w:lang w:eastAsia="ja-JP"/>
              </w:rPr>
              <w:t xml:space="preserve"> </w:t>
            </w:r>
            <w:r w:rsidR="4743B957" w:rsidRPr="000134F4">
              <w:rPr>
                <w:rFonts w:ascii="BIZ UDPゴシック" w:eastAsia="BIZ UDPゴシック" w:hAnsi="BIZ UDPゴシック" w:cs="HGS創英角ｺﾞｼｯｸUB"/>
                <w:sz w:val="24"/>
                <w:szCs w:val="24"/>
              </w:rPr>
              <w:t>3月10日（水）</w:t>
            </w:r>
          </w:p>
        </w:tc>
      </w:tr>
    </w:tbl>
    <w:p w14:paraId="4E26E622" w14:textId="551FFBEE" w:rsidR="00F8261E" w:rsidRDefault="00F8261E" w:rsidP="00D63BC5">
      <w:pPr>
        <w:spacing w:after="0" w:line="240" w:lineRule="auto"/>
        <w:rPr>
          <w:rFonts w:ascii="Segoe UI Emoji" w:eastAsia="BIZ UDPゴシック" w:hAnsi="Segoe UI Emoji" w:cs="Segoe UI Emoji"/>
          <w:b/>
          <w:bCs/>
          <w:lang w:eastAsia="ja-JP"/>
        </w:rPr>
      </w:pPr>
    </w:p>
    <w:p w14:paraId="694C1A93" w14:textId="459BC8D3" w:rsidR="007F4A31" w:rsidRPr="00802DD8" w:rsidRDefault="00984557" w:rsidP="005A369E">
      <w:pPr>
        <w:ind w:firstLineChars="50" w:firstLine="110"/>
        <w:rPr>
          <w:rFonts w:ascii="BIZ UDPゴシック" w:eastAsia="BIZ UDPゴシック" w:hAnsi="BIZ UDPゴシック"/>
          <w:color w:val="FFFFFF" w:themeColor="background1"/>
          <w:lang w:eastAsia="ja-JP"/>
        </w:rPr>
      </w:pPr>
      <w:r>
        <w:rPr>
          <w:rFonts w:ascii="Segoe UI Emoji" w:eastAsia="BIZ UDPゴシック" w:hAnsi="Segoe UI Emoji" w:cs="Segoe UI Emoji"/>
          <w:b/>
          <w:bCs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A763975" wp14:editId="043B6DDC">
                <wp:simplePos x="0" y="0"/>
                <wp:positionH relativeFrom="column">
                  <wp:posOffset>1529715</wp:posOffset>
                </wp:positionH>
                <wp:positionV relativeFrom="paragraph">
                  <wp:posOffset>2942590</wp:posOffset>
                </wp:positionV>
                <wp:extent cx="4500880" cy="4800600"/>
                <wp:effectExtent l="6985" t="6350" r="6985" b="12700"/>
                <wp:wrapNone/>
                <wp:docPr id="1745322541" name="グループ化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0880" cy="4800600"/>
                          <a:chOff x="2526" y="4295"/>
                          <a:chExt cx="7088" cy="7560"/>
                        </a:xfrm>
                      </wpg:grpSpPr>
                      <pic:pic xmlns:pic="http://schemas.openxmlformats.org/drawingml/2006/picture">
                        <pic:nvPicPr>
                          <pic:cNvPr id="92605956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6" y="4295"/>
                            <a:ext cx="7088" cy="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415033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180" y="7035"/>
                            <a:ext cx="180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935033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980" y="6663"/>
                            <a:ext cx="810" cy="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319267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10" y="670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07133356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5415" y="6915"/>
                            <a:ext cx="705" cy="3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70977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170" y="6720"/>
                            <a:ext cx="1380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46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4E2B83" w14:textId="77777777" w:rsidR="00984557" w:rsidRPr="00421F49" w:rsidRDefault="00984557" w:rsidP="00984557">
                              <w:pPr>
                                <w:jc w:val="both"/>
                                <w:rPr>
                                  <w:rFonts w:eastAsia="HGｺﾞｼｯｸM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421F49">
                                <w:rPr>
                                  <w:rFonts w:eastAsia="HGｺﾞｼｯｸM" w:hint="eastAsia"/>
                                  <w:sz w:val="18"/>
                                  <w:szCs w:val="18"/>
                                </w:rPr>
                                <w:t>携帯ショップ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63975" id="グループ化 23" o:spid="_x0000_s1028" style="position:absolute;left:0;text-align:left;margin-left:120.45pt;margin-top:231.7pt;width:354.4pt;height:378pt;z-index:251747328" coordorigin="2526,4295" coordsize="7088,75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left:2526;top:4295;width:7088;height: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" stroked="t">
                  <v:imagedata r:id="rId9" o:title=""/>
                </v:shape>
                <v:rect id="Rectangle 4" o:spid="_x0000_s1030" style="position:absolute;left:3180;top:7035;width:180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" stroked="f">
                  <v:textbox inset="5.85pt,.7pt,5.85pt,.7pt"/>
                </v:rect>
                <v:rect id="Rectangle 5" o:spid="_x0000_s1031" style="position:absolute;left:4980;top:6663;width:810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" stroked="f">
                  <v:textbox inset="5.85pt,.7pt,5.85pt,.7pt"/>
                </v:rect>
                <v:rect id="Rectangle 6" o:spid="_x0000_s1032" style="position:absolute;left:5910;top:670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">
                  <v:textbox inset="5.85pt,.7pt,5.85pt,.7p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3" type="#_x0000_t32" style="position:absolute;left:5415;top:6915;width:705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" strokeweight="1.25pt">
                  <v:stroke endarrow="block"/>
                </v:shape>
                <v:rect id="Rectangle 8" o:spid="_x0000_s1034" style="position:absolute;left:4170;top:6720;width:138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" strokeweight="1.15pt">
                  <v:textbox inset="5.85pt,.7pt,5.85pt,.7pt">
                    <w:txbxContent>
                      <w:p w14:paraId="784E2B83" w14:textId="77777777" w:rsidR="00984557" w:rsidRPr="00421F49" w:rsidRDefault="00984557" w:rsidP="00984557">
                        <w:pPr>
                          <w:jc w:val="both"/>
                          <w:rPr>
                            <w:rFonts w:eastAsia="HGｺﾞｼｯｸM"/>
                            <w:sz w:val="18"/>
                            <w:szCs w:val="18"/>
                          </w:rPr>
                        </w:pPr>
                        <w:proofErr w:type="spellStart"/>
                        <w:r w:rsidRPr="00421F49">
                          <w:rPr>
                            <w:rFonts w:eastAsia="HGｺﾞｼｯｸM" w:hint="eastAsia"/>
                            <w:sz w:val="18"/>
                            <w:szCs w:val="18"/>
                          </w:rPr>
                          <w:t>携帯ショップ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840A1A" w:rsidRPr="00E30C04">
        <w:rPr>
          <w:rFonts w:ascii="Segoe UI Emoji" w:eastAsia="BIZ UDPゴシック" w:hAnsi="Segoe UI Emoji" w:cs="Segoe UI Emoji"/>
          <w:b/>
          <w:bCs/>
          <w:lang w:eastAsia="ja-JP"/>
        </w:rPr>
        <w:t>🌿</w:t>
      </w:r>
      <w:r w:rsidR="00BB763C">
        <w:rPr>
          <w:rFonts w:ascii="Segoe UI Emoji" w:eastAsia="BIZ UDPゴシック" w:hAnsi="Segoe UI Emoji" w:cs="Segoe UI Emoji" w:hint="eastAsia"/>
          <w:b/>
          <w:bCs/>
          <w:lang w:eastAsia="ja-JP"/>
        </w:rPr>
        <w:t xml:space="preserve"> </w:t>
      </w:r>
      <w:r w:rsidR="00840A1A">
        <w:rPr>
          <w:rFonts w:ascii="Segoe UI Emoji" w:eastAsia="BIZ UDPゴシック" w:hAnsi="Segoe UI Emoji" w:cs="Segoe UI Emoji" w:hint="eastAsia"/>
          <w:b/>
          <w:bCs/>
          <w:lang w:eastAsia="ja-JP"/>
        </w:rPr>
        <w:t xml:space="preserve"> </w:t>
      </w:r>
      <w:r w:rsidR="4743B957" w:rsidRPr="00E30C04">
        <w:rPr>
          <w:rFonts w:ascii="BIZ UDPゴシック" w:eastAsia="BIZ UDPゴシック" w:hAnsi="BIZ UDPゴシック" w:cs="HGS創英角ｺﾞｼｯｸUB"/>
          <w:b/>
          <w:bCs/>
          <w:lang w:eastAsia="ja-JP"/>
        </w:rPr>
        <w:t xml:space="preserve">会場 </w:t>
      </w:r>
      <w:r w:rsidR="4743B957" w:rsidRPr="00E30C04">
        <w:rPr>
          <w:rFonts w:ascii="BIZ UDPゴシック" w:eastAsia="BIZ UDPゴシック" w:hAnsi="BIZ UDPゴシック" w:cs="HGS創英角ｺﾞｼｯｸUB"/>
          <w:lang w:eastAsia="ja-JP"/>
        </w:rPr>
        <w:t>豊玉保健相談所 4階多目的室</w:t>
      </w:r>
      <w:r w:rsidR="00037BB3">
        <w:rPr>
          <w:rFonts w:ascii="BIZ UDPゴシック" w:eastAsia="BIZ UDPゴシック" w:hAnsi="BIZ UDPゴシック" w:cs="HGS創英角ｺﾞｼｯｸUB" w:hint="eastAsia"/>
          <w:lang w:eastAsia="ja-JP"/>
        </w:rPr>
        <w:t xml:space="preserve"> </w:t>
      </w:r>
      <w:r w:rsidR="00B15EB6">
        <w:rPr>
          <w:rFonts w:ascii="BIZ UDPゴシック" w:eastAsia="BIZ UDPゴシック" w:hAnsi="BIZ UDPゴシック" w:hint="eastAsia"/>
          <w:lang w:eastAsia="ja-JP"/>
        </w:rPr>
        <w:t xml:space="preserve">　　</w:t>
      </w:r>
    </w:p>
    <w:p w14:paraId="6A880BF0" w14:textId="55A75AFB" w:rsidR="002D6125" w:rsidRPr="0097538A" w:rsidRDefault="00C659C5" w:rsidP="005A369E">
      <w:pPr>
        <w:ind w:firstLineChars="50" w:firstLine="120"/>
        <w:rPr>
          <w:rFonts w:ascii="BIZ UDPゴシック" w:eastAsia="BIZ UDPゴシック" w:hAnsi="BIZ UDPゴシック"/>
          <w:lang w:eastAsia="ja-JP"/>
        </w:rPr>
      </w:pPr>
      <w:r>
        <w:rPr>
          <w:rFonts w:ascii="Segoe UI Emoji" w:eastAsia="BIZ UDPゴシック" w:hAnsi="Segoe UI Emoji" w:cs="Segoe UI Emoji"/>
          <w:b/>
          <w:bCs/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A763975" wp14:editId="14D54BF9">
                <wp:simplePos x="0" y="0"/>
                <wp:positionH relativeFrom="column">
                  <wp:posOffset>3925570</wp:posOffset>
                </wp:positionH>
                <wp:positionV relativeFrom="paragraph">
                  <wp:posOffset>287655</wp:posOffset>
                </wp:positionV>
                <wp:extent cx="1955800" cy="1295400"/>
                <wp:effectExtent l="19050" t="19050" r="25400" b="19050"/>
                <wp:wrapNone/>
                <wp:docPr id="124982844" name="グループ化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0" cy="1295400"/>
                          <a:chOff x="2526" y="4295"/>
                          <a:chExt cx="7088" cy="7560"/>
                        </a:xfrm>
                      </wpg:grpSpPr>
                      <pic:pic xmlns:pic="http://schemas.openxmlformats.org/drawingml/2006/picture">
                        <pic:nvPicPr>
                          <pic:cNvPr id="158323646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6" y="4295"/>
                            <a:ext cx="7088" cy="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731425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180" y="7035"/>
                            <a:ext cx="180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0856947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80" y="6663"/>
                            <a:ext cx="810" cy="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D1333" id="グループ化 24" o:spid="_x0000_s1026" style="position:absolute;margin-left:309.1pt;margin-top:22.65pt;width:154pt;height:102pt;z-index:251748352" coordorigin="2526,4295" coordsize="7088,75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">
                <v:shape id="Picture 10" o:spid="_x0000_s1027" type="#_x0000_t75" style="position:absolute;left:2526;top:4295;width:7088;height: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" stroked="t">
                  <v:imagedata r:id="rId9" o:title=""/>
                </v:shape>
                <v:rect id="Rectangle 11" o:spid="_x0000_s1028" style="position:absolute;left:3180;top:7035;width:180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" stroked="f">
                  <v:textbox inset="5.85pt,.7pt,5.85pt,.7pt"/>
                </v:rect>
                <v:rect id="Rectangle 12" o:spid="_x0000_s1029" style="position:absolute;left:4980;top:6663;width:810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" stroked="f">
                  <v:textbox inset="5.85pt,.7pt,5.85pt,.7pt"/>
                </v:rect>
              </v:group>
            </w:pict>
          </mc:Fallback>
        </mc:AlternateContent>
      </w:r>
      <w:r w:rsidR="005A369E" w:rsidRPr="00E30C04">
        <w:rPr>
          <w:rFonts w:ascii="Segoe UI Emoji" w:eastAsia="BIZ UDPゴシック" w:hAnsi="Segoe UI Emoji" w:cs="Segoe UI Emoji"/>
          <w:b/>
          <w:bCs/>
          <w:lang w:eastAsia="ja-JP"/>
        </w:rPr>
        <w:t>🌿</w:t>
      </w:r>
      <w:r w:rsidR="005A369E">
        <w:rPr>
          <w:rFonts w:ascii="Segoe UI Emoji" w:eastAsia="BIZ UDPゴシック" w:hAnsi="Segoe UI Emoji" w:cs="Segoe UI Emoji" w:hint="eastAsia"/>
          <w:b/>
          <w:bCs/>
          <w:lang w:eastAsia="ja-JP"/>
        </w:rPr>
        <w:t xml:space="preserve">  </w:t>
      </w:r>
      <w:r w:rsidR="005A369E" w:rsidRPr="00E30C04">
        <w:rPr>
          <w:rFonts w:ascii="BIZ UDPゴシック" w:eastAsia="BIZ UDPゴシック" w:hAnsi="BIZ UDPゴシック"/>
          <w:b/>
          <w:lang w:eastAsia="ja-JP"/>
        </w:rPr>
        <w:t xml:space="preserve">初めて参加される方へ </w:t>
      </w:r>
      <w:r w:rsidR="005A369E" w:rsidRPr="00E30C04">
        <w:rPr>
          <w:rFonts w:ascii="BIZ UDPゴシック" w:eastAsia="BIZ UDPゴシック" w:hAnsi="BIZ UDPゴシック"/>
          <w:lang w:eastAsia="ja-JP"/>
        </w:rPr>
        <w:t>事前にお住まいの地区担当保健師へご相談ください。</w:t>
      </w:r>
      <w:r w:rsidR="00755519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294CB9" wp14:editId="795F6932">
                <wp:simplePos x="0" y="0"/>
                <wp:positionH relativeFrom="column">
                  <wp:posOffset>2871470</wp:posOffset>
                </wp:positionH>
                <wp:positionV relativeFrom="paragraph">
                  <wp:posOffset>151130</wp:posOffset>
                </wp:positionV>
                <wp:extent cx="628650" cy="609600"/>
                <wp:effectExtent l="0" t="0" r="0" b="0"/>
                <wp:wrapNone/>
                <wp:docPr id="46284645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9600"/>
                        </a:xfrm>
                        <a:prstGeom prst="ellipse">
                          <a:avLst/>
                        </a:prstGeom>
                        <a:solidFill>
                          <a:srgbClr val="F1F5E7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048586" id="楕円 1" o:spid="_x0000_s1026" style="position:absolute;margin-left:226.1pt;margin-top:11.9pt;width:49.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" fillcolor="#f1f5e7" stroked="f" strokeweight="3pt"/>
            </w:pict>
          </mc:Fallback>
        </mc:AlternateContent>
      </w:r>
    </w:p>
    <w:p w14:paraId="20F9158F" w14:textId="57C903E5" w:rsidR="002D6125" w:rsidRPr="00BB763C" w:rsidRDefault="00B15EB6" w:rsidP="000134F4">
      <w:pPr>
        <w:ind w:leftChars="1950" w:left="4290"/>
        <w:rPr>
          <w:rFonts w:ascii="BIZ UDPゴシック" w:eastAsia="BIZ UDPゴシック" w:hAnsi="BIZ UDPゴシック"/>
          <w:lang w:eastAsia="ja-JP"/>
        </w:rPr>
      </w:pPr>
      <w:r>
        <w:rPr>
          <w:rFonts w:ascii="Segoe UI Emoji" w:eastAsia="BIZ UDPゴシック" w:hAnsi="Segoe UI Emoji" w:cs="Segoe UI Emoji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0D2A60" wp14:editId="43B84756">
                <wp:simplePos x="0" y="0"/>
                <wp:positionH relativeFrom="column">
                  <wp:posOffset>3652520</wp:posOffset>
                </wp:positionH>
                <wp:positionV relativeFrom="paragraph">
                  <wp:posOffset>19050</wp:posOffset>
                </wp:positionV>
                <wp:extent cx="2114550" cy="95250"/>
                <wp:effectExtent l="0" t="0" r="0" b="0"/>
                <wp:wrapNone/>
                <wp:docPr id="790120687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D27383" w14:textId="77777777" w:rsidR="00802DD8" w:rsidRDefault="00802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2A60" id="テキスト ボックス 16" o:spid="_x0000_s1035" type="#_x0000_t202" style="position:absolute;left:0;text-align:left;margin-left:287.6pt;margin-top:1.5pt;width:166.5pt;height: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" fillcolor="white [3212]" stroked="f" strokeweight=".5pt">
                <v:textbox>
                  <w:txbxContent>
                    <w:p w14:paraId="44D27383" w14:textId="77777777" w:rsidR="00802DD8" w:rsidRDefault="00802DD8"/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85FA0A" wp14:editId="43C8EEC0">
                <wp:simplePos x="0" y="0"/>
                <wp:positionH relativeFrom="column">
                  <wp:posOffset>3690620</wp:posOffset>
                </wp:positionH>
                <wp:positionV relativeFrom="paragraph">
                  <wp:posOffset>50800</wp:posOffset>
                </wp:positionV>
                <wp:extent cx="88900" cy="1085850"/>
                <wp:effectExtent l="0" t="0" r="6350" b="0"/>
                <wp:wrapNone/>
                <wp:docPr id="310521042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A6406E" w14:textId="77777777" w:rsidR="00802DD8" w:rsidRDefault="00802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5FA0A" id="テキスト ボックス 17" o:spid="_x0000_s1036" type="#_x0000_t202" style="position:absolute;left:0;text-align:left;margin-left:290.6pt;margin-top:4pt;width:7pt;height:8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" fillcolor="white [3201]" stroked="f" strokeweight=".5pt">
                <v:textbox>
                  <w:txbxContent>
                    <w:p w14:paraId="63A6406E" w14:textId="77777777" w:rsidR="00802DD8" w:rsidRDefault="00802DD8"/>
                  </w:txbxContent>
                </v:textbox>
              </v:shape>
            </w:pict>
          </mc:Fallback>
        </mc:AlternateContent>
      </w:r>
      <w:r w:rsidR="002775B9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DEA55B" wp14:editId="7450CFBC">
                <wp:simplePos x="0" y="0"/>
                <wp:positionH relativeFrom="column">
                  <wp:posOffset>198120</wp:posOffset>
                </wp:positionH>
                <wp:positionV relativeFrom="paragraph">
                  <wp:posOffset>1016000</wp:posOffset>
                </wp:positionV>
                <wp:extent cx="3270250" cy="317500"/>
                <wp:effectExtent l="0" t="0" r="0" b="6350"/>
                <wp:wrapNone/>
                <wp:docPr id="1564477156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542C5" w14:textId="699A99E8" w:rsidR="002775B9" w:rsidRPr="002775B9" w:rsidRDefault="002775B9">
                            <w:pPr>
                              <w:rPr>
                                <w:rFonts w:ascii="BIZ UDゴシック" w:eastAsia="BIZ UDゴシック" w:hAnsi="BIZ UDゴシック"/>
                                <w:sz w:val="15"/>
                                <w:szCs w:val="15"/>
                                <w:lang w:eastAsia="ja-JP"/>
                              </w:rPr>
                            </w:pPr>
                            <w:r w:rsidRPr="002775B9">
                              <w:rPr>
                                <w:rFonts w:ascii="BIZ UDゴシック" w:eastAsia="BIZ UDゴシック" w:hAnsi="BIZ UDゴシック" w:hint="eastAsia"/>
                                <w:sz w:val="15"/>
                                <w:szCs w:val="15"/>
                                <w:lang w:eastAsia="ja-JP"/>
                              </w:rPr>
                              <w:t>※異常な高温、悪天候や自然災害等により中止になる場合があります。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A55B" id="テキスト ボックス 15" o:spid="_x0000_s1037" type="#_x0000_t202" style="position:absolute;left:0;text-align:left;margin-left:15.6pt;margin-top:80pt;width:257.5pt;height: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" filled="f" stroked="f" strokeweight=".5pt">
                <v:textbox>
                  <w:txbxContent>
                    <w:p w14:paraId="039542C5" w14:textId="699A99E8" w:rsidR="002775B9" w:rsidRPr="002775B9" w:rsidRDefault="002775B9">
                      <w:pPr>
                        <w:rPr>
                          <w:rFonts w:ascii="BIZ UDゴシック" w:eastAsia="BIZ UDゴシック" w:hAnsi="BIZ UDゴシック"/>
                          <w:sz w:val="15"/>
                          <w:szCs w:val="15"/>
                          <w:lang w:eastAsia="ja-JP"/>
                        </w:rPr>
                      </w:pPr>
                      <w:r w:rsidRPr="002775B9">
                        <w:rPr>
                          <w:rFonts w:ascii="BIZ UDゴシック" w:eastAsia="BIZ UDゴシック" w:hAnsi="BIZ UDゴシック" w:hint="eastAsia"/>
                          <w:sz w:val="15"/>
                          <w:szCs w:val="15"/>
                          <w:lang w:eastAsia="ja-JP"/>
                        </w:rPr>
                        <w:t>※異常な高温、悪天候や自然災害等により中止になる場合があります。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2775B9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D4708A7" wp14:editId="3A428241">
                <wp:simplePos x="0" y="0"/>
                <wp:positionH relativeFrom="column">
                  <wp:posOffset>198120</wp:posOffset>
                </wp:positionH>
                <wp:positionV relativeFrom="paragraph">
                  <wp:posOffset>158750</wp:posOffset>
                </wp:positionV>
                <wp:extent cx="3289300" cy="927100"/>
                <wp:effectExtent l="0" t="0" r="0" b="6350"/>
                <wp:wrapNone/>
                <wp:docPr id="561126822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0" cy="92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73DAC" w14:textId="3C49DD79" w:rsidR="0019706E" w:rsidRPr="0097538A" w:rsidRDefault="0019706E">
                            <w:pPr>
                              <w:rPr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97538A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t>問い合わせ</w:t>
                            </w:r>
                            <w:r w:rsidRPr="0097538A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br/>
                              <w:t>豊玉保健相談所  思春期相談・ひきこもり相談担当</w:t>
                            </w:r>
                            <w:r w:rsidRPr="0097538A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br/>
                              <w:t>練馬区豊玉北5-15-19 豊玉すこやかセンター内</w:t>
                            </w:r>
                            <w:r w:rsidRPr="0097538A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br/>
                              <w:t>電話 03-3992-1188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4708A7" id="テキスト ボックス 5" o:spid="_x0000_s1038" type="#_x0000_t202" style="position:absolute;left:0;text-align:left;margin-left:15.6pt;margin-top:12.5pt;width:259pt;height:73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" filled="f" stroked="f" strokeweight=".5pt">
                <v:textbox>
                  <w:txbxContent>
                    <w:p w14:paraId="2A573DAC" w14:textId="3C49DD79" w:rsidR="0019706E" w:rsidRPr="0097538A" w:rsidRDefault="0019706E">
                      <w:pPr>
                        <w:rPr>
                          <w:sz w:val="21"/>
                          <w:szCs w:val="21"/>
                          <w:lang w:eastAsia="ja-JP"/>
                        </w:rPr>
                      </w:pPr>
                      <w:r w:rsidRPr="0097538A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t>問い合わせ</w:t>
                      </w:r>
                      <w:r w:rsidRPr="0097538A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br/>
                        <w:t>豊玉保健相談所  思春期相談・ひきこもり相談担当</w:t>
                      </w:r>
                      <w:r w:rsidRPr="0097538A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br/>
                        <w:t>練馬区豊玉北5-15-19 豊玉すこやかセンター内</w:t>
                      </w:r>
                      <w:r w:rsidRPr="0097538A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br/>
                        <w:t>電話 03-3992-1188</w:t>
                      </w:r>
                    </w:p>
                  </w:txbxContent>
                </v:textbox>
              </v:shape>
            </w:pict>
          </mc:Fallback>
        </mc:AlternateContent>
      </w:r>
      <w:r w:rsidR="00755519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97EF69" wp14:editId="40A2487D">
                <wp:simplePos x="0" y="0"/>
                <wp:positionH relativeFrom="column">
                  <wp:posOffset>204470</wp:posOffset>
                </wp:positionH>
                <wp:positionV relativeFrom="paragraph">
                  <wp:posOffset>49530</wp:posOffset>
                </wp:positionV>
                <wp:extent cx="838200" cy="774700"/>
                <wp:effectExtent l="0" t="0" r="0" b="6350"/>
                <wp:wrapNone/>
                <wp:docPr id="175228428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747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080DCC" id="楕円 1" o:spid="_x0000_s1026" style="position:absolute;margin-left:16.1pt;margin-top:3.9pt;width:66pt;height:6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" fillcolor="#eaf1dd [662]" stroked="f" strokeweight="3pt"/>
            </w:pict>
          </mc:Fallback>
        </mc:AlternateContent>
      </w:r>
      <w:r w:rsidR="00755519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750D03" wp14:editId="3E98F65A">
                <wp:simplePos x="0" y="0"/>
                <wp:positionH relativeFrom="column">
                  <wp:posOffset>3614420</wp:posOffset>
                </wp:positionH>
                <wp:positionV relativeFrom="paragraph">
                  <wp:posOffset>25400</wp:posOffset>
                </wp:positionV>
                <wp:extent cx="101600" cy="1066800"/>
                <wp:effectExtent l="0" t="0" r="0" b="0"/>
                <wp:wrapNone/>
                <wp:docPr id="516203016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3B0F33" w14:textId="77777777" w:rsidR="00755519" w:rsidRDefault="00755519" w:rsidP="00755519"/>
                          <w:p w14:paraId="124CB08D" w14:textId="77777777" w:rsidR="00755519" w:rsidRDefault="007555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50D03" id="テキスト ボックス 9" o:spid="_x0000_s1039" type="#_x0000_t202" style="position:absolute;left:0;text-align:left;margin-left:284.6pt;margin-top:2pt;width:8pt;height:8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" fillcolor="white [3201]" stroked="f" strokeweight=".5pt">
                <v:textbox>
                  <w:txbxContent>
                    <w:p w14:paraId="213B0F33" w14:textId="77777777" w:rsidR="00755519" w:rsidRDefault="00755519" w:rsidP="00755519"/>
                    <w:p w14:paraId="124CB08D" w14:textId="77777777" w:rsidR="00755519" w:rsidRDefault="00755519"/>
                  </w:txbxContent>
                </v:textbox>
              </v:shape>
            </w:pict>
          </mc:Fallback>
        </mc:AlternateContent>
      </w:r>
      <w:r w:rsidR="00755519">
        <w:rPr>
          <w:rFonts w:ascii="BIZ UDPゴシック" w:eastAsia="BIZ UDPゴシック" w:hAnsi="BIZ UDPゴシック" w:cs="HGSｺﾞｼｯｸE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7CD162" wp14:editId="04521520">
                <wp:simplePos x="0" y="0"/>
                <wp:positionH relativeFrom="column">
                  <wp:posOffset>3627120</wp:posOffset>
                </wp:positionH>
                <wp:positionV relativeFrom="paragraph">
                  <wp:posOffset>19050</wp:posOffset>
                </wp:positionV>
                <wp:extent cx="1974850" cy="69850"/>
                <wp:effectExtent l="0" t="0" r="6350" b="6350"/>
                <wp:wrapNone/>
                <wp:docPr id="208470619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0" cy="6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5F075" w14:textId="77777777" w:rsidR="00755519" w:rsidRDefault="007555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CD162" id="_x0000_s1040" type="#_x0000_t202" style="position:absolute;left:0;text-align:left;margin-left:285.6pt;margin-top:1.5pt;width:155.5pt;height:5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" fillcolor="white [3201]" stroked="f" strokeweight=".5pt">
                <v:textbox>
                  <w:txbxContent>
                    <w:p w14:paraId="0A45F075" w14:textId="77777777" w:rsidR="00755519" w:rsidRDefault="00755519"/>
                  </w:txbxContent>
                </v:textbox>
              </v:shape>
            </w:pict>
          </mc:Fallback>
        </mc:AlternateContent>
      </w:r>
    </w:p>
    <w:sectPr w:rsidR="002D6125" w:rsidRPr="00BB763C" w:rsidSect="000134F4">
      <w:pgSz w:w="12240" w:h="15840"/>
      <w:pgMar w:top="1077" w:right="1418" w:bottom="90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DBFD" w14:textId="77777777" w:rsidR="00B66F05" w:rsidRDefault="00B66F05" w:rsidP="0019706E">
      <w:pPr>
        <w:spacing w:after="0" w:line="240" w:lineRule="auto"/>
      </w:pPr>
      <w:r>
        <w:separator/>
      </w:r>
    </w:p>
  </w:endnote>
  <w:endnote w:type="continuationSeparator" w:id="0">
    <w:p w14:paraId="2D04D2A1" w14:textId="77777777" w:rsidR="00B66F05" w:rsidRDefault="00B66F05" w:rsidP="0019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2CF5C" w14:textId="77777777" w:rsidR="00B66F05" w:rsidRDefault="00B66F05" w:rsidP="0019706E">
      <w:pPr>
        <w:spacing w:after="0" w:line="240" w:lineRule="auto"/>
      </w:pPr>
      <w:r>
        <w:separator/>
      </w:r>
    </w:p>
  </w:footnote>
  <w:footnote w:type="continuationSeparator" w:id="0">
    <w:p w14:paraId="76D87C14" w14:textId="77777777" w:rsidR="00B66F05" w:rsidRDefault="00B66F05" w:rsidP="00197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7703157">
    <w:abstractNumId w:val="8"/>
  </w:num>
  <w:num w:numId="2" w16cid:durableId="2115593882">
    <w:abstractNumId w:val="6"/>
  </w:num>
  <w:num w:numId="3" w16cid:durableId="706641575">
    <w:abstractNumId w:val="5"/>
  </w:num>
  <w:num w:numId="4" w16cid:durableId="1441410000">
    <w:abstractNumId w:val="4"/>
  </w:num>
  <w:num w:numId="5" w16cid:durableId="1467621664">
    <w:abstractNumId w:val="7"/>
  </w:num>
  <w:num w:numId="6" w16cid:durableId="604074227">
    <w:abstractNumId w:val="3"/>
  </w:num>
  <w:num w:numId="7" w16cid:durableId="166866310">
    <w:abstractNumId w:val="2"/>
  </w:num>
  <w:num w:numId="8" w16cid:durableId="730690549">
    <w:abstractNumId w:val="1"/>
  </w:num>
  <w:num w:numId="9" w16cid:durableId="3690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4F4"/>
    <w:rsid w:val="00034616"/>
    <w:rsid w:val="00037BB3"/>
    <w:rsid w:val="000405AD"/>
    <w:rsid w:val="0006063C"/>
    <w:rsid w:val="0009309E"/>
    <w:rsid w:val="000C638D"/>
    <w:rsid w:val="0015074B"/>
    <w:rsid w:val="00170853"/>
    <w:rsid w:val="00180ACB"/>
    <w:rsid w:val="0019706E"/>
    <w:rsid w:val="001E01F1"/>
    <w:rsid w:val="001F1090"/>
    <w:rsid w:val="002775B9"/>
    <w:rsid w:val="0029639D"/>
    <w:rsid w:val="002D53F6"/>
    <w:rsid w:val="002D6125"/>
    <w:rsid w:val="00321E6F"/>
    <w:rsid w:val="00326F90"/>
    <w:rsid w:val="00333CFE"/>
    <w:rsid w:val="003506BF"/>
    <w:rsid w:val="0036793C"/>
    <w:rsid w:val="003D7262"/>
    <w:rsid w:val="003E0939"/>
    <w:rsid w:val="003F4F52"/>
    <w:rsid w:val="00407012"/>
    <w:rsid w:val="00427368"/>
    <w:rsid w:val="004A0881"/>
    <w:rsid w:val="004C30A8"/>
    <w:rsid w:val="00561AAF"/>
    <w:rsid w:val="00562A59"/>
    <w:rsid w:val="00564710"/>
    <w:rsid w:val="00581EB2"/>
    <w:rsid w:val="005A369E"/>
    <w:rsid w:val="00602321"/>
    <w:rsid w:val="006405F1"/>
    <w:rsid w:val="00691501"/>
    <w:rsid w:val="006D3FAE"/>
    <w:rsid w:val="00744BF5"/>
    <w:rsid w:val="00755519"/>
    <w:rsid w:val="007F4A31"/>
    <w:rsid w:val="007F7489"/>
    <w:rsid w:val="00802DD8"/>
    <w:rsid w:val="00804481"/>
    <w:rsid w:val="00820898"/>
    <w:rsid w:val="00840A1A"/>
    <w:rsid w:val="00854D5C"/>
    <w:rsid w:val="00874A5E"/>
    <w:rsid w:val="008866B2"/>
    <w:rsid w:val="008B6CD0"/>
    <w:rsid w:val="008D102E"/>
    <w:rsid w:val="009128B6"/>
    <w:rsid w:val="0097538A"/>
    <w:rsid w:val="00984557"/>
    <w:rsid w:val="00AA1D8D"/>
    <w:rsid w:val="00AF575E"/>
    <w:rsid w:val="00B15EB6"/>
    <w:rsid w:val="00B47730"/>
    <w:rsid w:val="00B66F05"/>
    <w:rsid w:val="00B76A8F"/>
    <w:rsid w:val="00B8179A"/>
    <w:rsid w:val="00BB763C"/>
    <w:rsid w:val="00BE7EBC"/>
    <w:rsid w:val="00BF424C"/>
    <w:rsid w:val="00C3322A"/>
    <w:rsid w:val="00C44844"/>
    <w:rsid w:val="00C659C5"/>
    <w:rsid w:val="00C708EC"/>
    <w:rsid w:val="00C91405"/>
    <w:rsid w:val="00CB0664"/>
    <w:rsid w:val="00CC0004"/>
    <w:rsid w:val="00CC1BC1"/>
    <w:rsid w:val="00D55A71"/>
    <w:rsid w:val="00D63134"/>
    <w:rsid w:val="00D63BC5"/>
    <w:rsid w:val="00DA74C7"/>
    <w:rsid w:val="00DB4F27"/>
    <w:rsid w:val="00E108E0"/>
    <w:rsid w:val="00E30C04"/>
    <w:rsid w:val="00E41343"/>
    <w:rsid w:val="00E6725E"/>
    <w:rsid w:val="00F8261E"/>
    <w:rsid w:val="00FC693F"/>
    <w:rsid w:val="06A8A3E3"/>
    <w:rsid w:val="08C4BE75"/>
    <w:rsid w:val="2FF6E710"/>
    <w:rsid w:val="4743B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6E3D158B-C9FA-4BF1-91F5-E6D28244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一江</dc:creator>
  <cp:keywords/>
  <dc:description>generated by python-docx</dc:description>
  <cp:lastModifiedBy>村野　友理子</cp:lastModifiedBy>
  <cp:revision>14</cp:revision>
  <cp:lastPrinted>2026-09-09T00:18:00Z</cp:lastPrinted>
  <dcterms:created xsi:type="dcterms:W3CDTF">2026-09-04T03:59:00Z</dcterms:created>
  <dcterms:modified xsi:type="dcterms:W3CDTF">2026-09-09T00:20:00Z</dcterms:modified>
  <cp:category/>
</cp:coreProperties>
</file>